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276" w:before="0" w:after="280"/>
        <w:jc w:val="center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PART-1</w:t>
      </w:r>
    </w:p>
    <w:p>
      <w:pPr>
        <w:pStyle w:val="NormalWeb"/>
        <w:spacing w:lineRule="auto" w:line="276" w:before="280" w:after="280"/>
        <w:jc w:val="center"/>
        <w:rPr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CERTIFICATE FROM THE HEADMASTER / PRINCIPAL OF THE SCHOOL ATTENDED DURING THE PREVIOUS ACADEMIC YEAR</w:t>
      </w:r>
    </w:p>
    <w:tbl>
      <w:tblPr>
        <w:tblStyle w:val="TableGrid"/>
        <w:tblpPr w:vertAnchor="text" w:horzAnchor="page" w:leftFromText="180" w:rightFromText="180" w:tblpX="1861" w:tblpY="20"/>
        <w:tblW w:w="736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33"/>
        <w:gridCol w:w="1066"/>
        <w:gridCol w:w="1427"/>
        <w:gridCol w:w="1199"/>
        <w:gridCol w:w="1070"/>
        <w:gridCol w:w="1270"/>
      </w:tblGrid>
      <w:tr>
        <w:trPr>
          <w:trHeight w:val="458" w:hRule="atLeast"/>
        </w:trPr>
        <w:tc>
          <w:tcPr>
            <w:tcW w:w="13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4" wp14:anchorId="5B831EE4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79375</wp:posOffset>
                      </wp:positionV>
                      <wp:extent cx="285750" cy="171450"/>
                      <wp:effectExtent l="45085" t="22225" r="45720" b="68580"/>
                      <wp:wrapNone/>
                      <wp:docPr id="1" name="Rectangle: Rounded Corners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1" path="l-2147483642,-2147483642l-2147483631,-2147483630l-2147483641,0l-2147483642,-2147483642l-2147483629,-2147483628l-2147483632,-2147483640l-2147483642,-2147483642xe" fillcolor="white" stroked="t" o:allowincell="t" style="position:absolute;margin-left:27.65pt;margin-top:6.25pt;width:22.45pt;height:13.45pt;mso-wrap-style:none;v-text-anchor:middle" wp14:anchorId="5B831EE4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IV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5" wp14:anchorId="02720B30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83820</wp:posOffset>
                      </wp:positionV>
                      <wp:extent cx="285750" cy="171450"/>
                      <wp:effectExtent l="45085" t="22225" r="45720" b="68580"/>
                      <wp:wrapNone/>
                      <wp:docPr id="2" name="Rectangle: Rounded Corners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2" path="l-2147483642,-2147483642l-2147483631,-2147483630l-2147483641,0l-2147483642,-2147483642l-2147483629,-2147483628l-2147483632,-2147483640l-2147483642,-2147483642xe" fillcolor="white" stroked="t" o:allowincell="t" style="position:absolute;margin-left:21.5pt;margin-top:6.6pt;width:22.45pt;height:13.45pt;mso-wrap-style:none;v-text-anchor:middle" wp14:anchorId="02720B30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V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6" wp14:anchorId="3966C89D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83820</wp:posOffset>
                      </wp:positionV>
                      <wp:extent cx="285750" cy="171450"/>
                      <wp:effectExtent l="45085" t="22225" r="45720" b="68580"/>
                      <wp:wrapNone/>
                      <wp:docPr id="3" name="Rectangle: Rounded Corners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9" path="l-2147483642,-2147483642l-2147483631,-2147483630l-2147483641,0l-2147483642,-2147483642l-2147483629,-2147483628l-2147483632,-2147483640l-2147483642,-2147483642xe" fillcolor="white" stroked="t" o:allowincell="t" style="position:absolute;margin-left:23.25pt;margin-top:6.6pt;width:22.45pt;height:13.45pt;mso-wrap-style:none;v-text-anchor:middle" wp14:anchorId="3966C89D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VI</w:t>
            </w:r>
          </w:p>
        </w:tc>
        <w:tc>
          <w:tcPr>
            <w:tcW w:w="11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7" wp14:anchorId="059C321B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74295</wp:posOffset>
                      </wp:positionV>
                      <wp:extent cx="285750" cy="171450"/>
                      <wp:effectExtent l="45085" t="22225" r="45720" b="68580"/>
                      <wp:wrapNone/>
                      <wp:docPr id="4" name="Rectangle: Rounded Corners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10" path="l-2147483642,-2147483642l-2147483631,-2147483630l-2147483641,0l-2147483642,-2147483642l-2147483629,-2147483628l-2147483632,-2147483640l-2147483642,-2147483642xe" fillcolor="white" stroked="t" o:allowincell="t" style="position:absolute;margin-left:25pt;margin-top:5.85pt;width:22.45pt;height:13.45pt;mso-wrap-style:none;v-text-anchor:middle" wp14:anchorId="059C321B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VII</w:t>
            </w:r>
          </w:p>
        </w:tc>
        <w:tc>
          <w:tcPr>
            <w:tcW w:w="10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8" wp14:anchorId="758CCABD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83820</wp:posOffset>
                      </wp:positionV>
                      <wp:extent cx="285750" cy="171450"/>
                      <wp:effectExtent l="45085" t="22225" r="45720" b="68580"/>
                      <wp:wrapNone/>
                      <wp:docPr id="5" name="Rectangle: Rounded Corners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11" path="l-2147483642,-2147483642l-2147483631,-2147483630l-2147483641,0l-2147483642,-2147483642l-2147483629,-2147483628l-2147483632,-2147483640l-2147483642,-2147483642xe" fillcolor="white" stroked="t" o:allowincell="t" style="position:absolute;margin-left:20pt;margin-top:6.6pt;width:22.45pt;height:13.45pt;mso-wrap-style:none;v-text-anchor:middle" wp14:anchorId="758CCABD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VIII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mc:AlternateContent>
                <mc:Choice Requires="wps">
                  <w:drawing>
                    <wp:anchor behindDoc="0" distT="19050" distB="95250" distL="57150" distR="57150" simplePos="0" locked="0" layoutInCell="1" allowOverlap="1" relativeHeight="9" wp14:anchorId="0A54BEB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74295</wp:posOffset>
                      </wp:positionV>
                      <wp:extent cx="285750" cy="171450"/>
                      <wp:effectExtent l="45085" t="22225" r="45720" b="68580"/>
                      <wp:wrapNone/>
                      <wp:docPr id="6" name="Rectangle: Rounded Corners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840" cy="171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a7ebb"/>
                                </a:solidFill>
                                <a:round/>
                              </a:ln>
                              <a:effectLst>
                                <a:outerShdw blurRad="39960" dir="5400000" dist="2304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ID="Rectangle: Rounded Corners 12" path="l-2147483642,-2147483642l-2147483631,-2147483630l-2147483641,0l-2147483642,-2147483642l-2147483629,-2147483628l-2147483632,-2147483640l-2147483642,-2147483642xe" fillcolor="white" stroked="t" o:allowincell="t" style="position:absolute;margin-left:26.95pt;margin-top:5.85pt;width:22.45pt;height:13.45pt;mso-wrap-style:none;v-text-anchor:middle" wp14:anchorId="0A54BEB7">
                      <v:fill o:detectmouseclick="t" type="solid" color2="black"/>
                      <v:stroke color="#4a7ebb" weight="9360" joinstyle="round" endcap="flat"/>
                      <v:shadow on="t" obscured="f" color="black"/>
                      <w10:wrap type="none"/>
                    </v:roundrect>
                  </w:pict>
                </mc:Fallback>
              </mc:AlternateContent>
              <w:t>IX</w:t>
            </w:r>
          </w:p>
        </w:tc>
      </w:tr>
    </w:tbl>
    <w:p>
      <w:pPr>
        <w:pStyle w:val="Normal"/>
        <w:spacing w:lineRule="auto" w:line="240"/>
        <w:jc w:val="center"/>
        <w:rPr>
          <w:b/>
          <w:sz w:val="26"/>
          <w:u w:val="single"/>
        </w:rPr>
      </w:pPr>
      <w:r>
        <w:rPr>
          <w:b/>
          <w:sz w:val="26"/>
          <w:u w:val="single"/>
        </w:rPr>
      </w:r>
    </w:p>
    <w:p>
      <w:pPr>
        <w:pStyle w:val="Normal"/>
        <w:tabs>
          <w:tab w:val="clear" w:pos="720"/>
          <w:tab w:val="left" w:pos="1985" w:leader="none"/>
        </w:tabs>
        <w:jc w:val="center"/>
        <w:rPr>
          <w:b/>
          <w:bCs/>
          <w:sz w:val="24"/>
          <w:szCs w:val="28"/>
        </w:rPr>
      </w:pPr>
      <w:r>
        <w:rPr>
          <w:b/>
          <w:bCs/>
        </w:rPr>
        <w:br/>
        <w:t>Tick the appropriate column indicating the class in which the student studied during the previous academic year, and enter the marks obtained in the space provided below</w:t>
      </w:r>
    </w:p>
    <w:tbl>
      <w:tblPr>
        <w:tblStyle w:val="TableGrid"/>
        <w:tblW w:w="105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2594"/>
        <w:gridCol w:w="2113"/>
        <w:gridCol w:w="2128"/>
        <w:gridCol w:w="1858"/>
      </w:tblGrid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No.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Subject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Marks allotted</w:t>
              <w:br/>
              <w:t>(50/100)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Marks obtained</w:t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Grade</w:t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1.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Malayalam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2.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English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3.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Hindi /Sanskrit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4.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Mathematics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5.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Science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6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Social Science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7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IT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8</w:t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  <w:t>others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8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5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b/>
                <w:kern w:val="0"/>
                <w:szCs w:val="22"/>
                <w:lang w:val="en-US" w:eastAsia="en-US" w:bidi="ar-SA"/>
              </w:rPr>
              <w:t>TOTAL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8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Kartika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480"/>
        <w:jc w:val="both"/>
        <w:rPr/>
      </w:pPr>
      <w:r>
        <w:rPr/>
        <w:t xml:space="preserve">This is to certify that </w:t>
      </w:r>
      <w:r>
        <w:rPr>
          <w:b/>
        </w:rPr>
        <w:t>Master./Kum. ____________________________________</w:t>
      </w:r>
      <w:r>
        <w:rPr/>
        <w:t>, son/daughter of ____________________________________,</w:t>
      </w:r>
      <w:r>
        <w:rPr>
          <w:lang w:val="en-IN" w:bidi="ml-IN"/>
        </w:rPr>
        <w:t>is/</w:t>
      </w:r>
      <w:r>
        <w:rPr/>
        <w:t xml:space="preserve"> was a student of Class </w:t>
      </w:r>
      <w:r>
        <w:rPr>
          <w:b/>
          <w:bCs/>
        </w:rPr>
        <w:t xml:space="preserve">----- </w:t>
      </w:r>
      <w:r>
        <w:rPr/>
        <w:t>in this school during the academic year 20____–20____.</w:t>
      </w:r>
    </w:p>
    <w:tbl>
      <w:tblPr>
        <w:tblW w:w="92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08"/>
        <w:gridCol w:w="4607"/>
      </w:tblGrid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t>Place: __________________________</w:t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t>Headmaster’s / Principal’s Signature:</w:t>
            </w:r>
          </w:p>
        </w:tc>
      </w:tr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t>Date: __________________________</w:t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t>Name: __________________________</w:t>
            </w:r>
          </w:p>
        </w:tc>
      </w:tr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t>School Seal:</w:t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anchor behindDoc="0" distT="38100" distB="95250" distL="38100" distR="66675" simplePos="0" locked="0" layoutInCell="1" allowOverlap="1" relativeHeight="2">
                <wp:simplePos x="0" y="0"/>
                <wp:positionH relativeFrom="column">
                  <wp:posOffset>-415290</wp:posOffset>
                </wp:positionH>
                <wp:positionV relativeFrom="paragraph">
                  <wp:posOffset>174625</wp:posOffset>
                </wp:positionV>
                <wp:extent cx="7762875" cy="0"/>
                <wp:effectExtent l="53340" t="33020" r="53340" b="73660"/>
                <wp:wrapNone/>
                <wp:docPr id="7" name="Straight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30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f81bd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2.7pt,13.75pt" to="578.5pt,13.75pt" ID="Straight Connector 1" stroked="t" o:allowincell="f" style="position:absolute">
                <v:stroke color="#4f81bd" weight="25560" joinstyle="round" endcap="flat"/>
                <v:fill o:detectmouseclick="t" on="false"/>
                <v:shadow on="t" obscured="f" color="black"/>
                <w10:wrap type="none"/>
              </v:line>
            </w:pict>
          </mc:Fallback>
        </mc:AlternateContent>
      </w:r>
    </w:p>
    <w:p>
      <w:pPr>
        <w:pStyle w:val="Normal"/>
        <w:spacing w:lineRule="auto" w:line="240" w:before="0" w:after="200"/>
        <w:contextualSpacing/>
        <w:jc w:val="center"/>
        <w:rPr>
          <w:b/>
          <w:bCs/>
          <w:sz w:val="24"/>
          <w:szCs w:val="28"/>
          <w:u w:val="single"/>
        </w:rPr>
      </w:pPr>
      <w:r>
        <w:rPr>
          <w:b/>
          <w:bCs/>
          <w:sz w:val="24"/>
          <w:szCs w:val="28"/>
          <w:u w:val="single"/>
        </w:rPr>
        <w:t>PART- 2</w:t>
      </w:r>
    </w:p>
    <w:p>
      <w:pPr>
        <w:pStyle w:val="Normal"/>
        <w:spacing w:lineRule="auto" w:line="240" w:before="0" w:after="200"/>
        <w:contextualSpacing/>
        <w:jc w:val="center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CERTIFICATE FROM THE HEADMASTER / PRINCIPAL OF THE SCHOOL FOR THE CURRENT ACADEMIC YEAR</w:t>
      </w:r>
    </w:p>
    <w:p>
      <w:pPr>
        <w:pStyle w:val="Normal"/>
        <w:spacing w:lineRule="auto" w:line="240" w:before="0" w:after="200"/>
        <w:contextualSpacing/>
        <w:jc w:val="center"/>
        <w:rPr>
          <w:b/>
          <w:bCs/>
          <w:sz w:val="24"/>
          <w:szCs w:val="28"/>
          <w:u w:val="single"/>
        </w:rPr>
      </w:pPr>
      <w:r>
        <w:rPr>
          <w:b/>
          <w:bCs/>
          <w:sz w:val="24"/>
          <w:szCs w:val="28"/>
          <w:u w:val="single"/>
        </w:rPr>
      </w:r>
    </w:p>
    <w:p>
      <w:pPr>
        <w:pStyle w:val="Normal"/>
        <w:spacing w:lineRule="auto" w:line="360"/>
        <w:rPr/>
      </w:pPr>
      <w:r>
        <w:rPr/>
        <w:t xml:space="preserve">This is to certify that </w:t>
      </w:r>
      <w:r>
        <w:rPr>
          <w:b/>
        </w:rPr>
        <w:t>Master. /Kum. ____________________________________</w:t>
      </w:r>
      <w:r>
        <w:rPr/>
        <w:t xml:space="preserve">, son/daughter of ____________________________________, is presently studying in Class   </w:t>
      </w:r>
      <w:r>
        <w:rPr>
          <w:b/>
          <w:bCs/>
        </w:rPr>
        <w:t>----- in</w:t>
      </w:r>
      <w:r>
        <w:rPr/>
        <w:t xml:space="preserve"> this school during the academic year 20____–20____.</w:t>
      </w:r>
    </w:p>
    <w:p>
      <w:pPr>
        <w:pStyle w:val="Normal"/>
        <w:spacing w:lineRule="auto" w:line="360" w:before="0" w:after="240"/>
        <w:rPr/>
      </w:pPr>
      <w:r>
        <w:rPr/>
        <w:t>I have verified all the details stated in the application.</w:t>
      </w:r>
    </w:p>
    <w:tbl>
      <w:tblPr>
        <w:tblW w:w="92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08"/>
        <w:gridCol w:w="4607"/>
      </w:tblGrid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  <w:t>Place: __________________________</w:t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  <w:t>Headmaster’s / Principal’s Signature:</w:t>
            </w:r>
          </w:p>
        </w:tc>
      </w:tr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  <w:t>Date: __________________________</w:t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  <w:t>Name: __________________________</w:t>
            </w:r>
          </w:p>
        </w:tc>
      </w:tr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</w:r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/>
            </w:pPr>
            <w:r>
              <w:rPr/>
              <w:t>School Seal:</w:t>
            </w:r>
          </w:p>
        </w:tc>
      </w:tr>
      <w:tr>
        <w:trPr/>
        <w:tc>
          <w:tcPr>
            <w:tcW w:w="4608" w:type="dxa"/>
            <w:tcBorders/>
            <w:vAlign w:val="center"/>
          </w:tcPr>
          <w:p>
            <w:pPr>
              <w:pStyle w:val="Normal"/>
              <w:spacing w:lineRule="auto" w:line="480" w:before="0" w:after="160"/>
              <w:rPr>
                <w:lang w:bidi="ml-IN"/>
              </w:rPr>
            </w:pPr>
            <w:r>
              <w:rPr>
                <w:lang w:bidi="ml-IN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4607" w:type="dxa"/>
            <w:tcBorders/>
            <w:vAlign w:val="center"/>
          </w:tcPr>
          <w:p>
            <w:pPr>
              <w:pStyle w:val="Normal"/>
              <w:spacing w:lineRule="auto" w:line="480"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480"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864" w:right="864" w:gutter="0" w:header="720" w:top="792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swiss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bCs/>
        <w:sz w:val="22"/>
        <w:szCs w:val="24"/>
        <w:lang w:val="en-IN"/>
      </w:rPr>
    </w:pPr>
    <w:r>
      <w:rPr>
        <w:b/>
        <w:bCs/>
        <w:sz w:val="22"/>
        <w:szCs w:val="24"/>
        <w:lang w:val="en-IN"/>
      </w:rPr>
      <w:t>KERALA LABOUR WELFARE FUND BOARD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bCs/>
        <w:sz w:val="22"/>
        <w:szCs w:val="24"/>
        <w:lang w:val="en-IN"/>
      </w:rPr>
    </w:pPr>
    <w:r>
      <w:rPr>
        <w:b/>
        <w:bCs/>
        <w:sz w:val="22"/>
        <w:szCs w:val="24"/>
        <w:lang w:val="en-IN"/>
      </w:rPr>
      <w:t>KERALA LABOUR WELFARE FUND BOARD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ml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Kartika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Kartika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Kartika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Kartika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Kartika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Kartika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Kartika" w:asciiTheme="majorHAnsi" w:cstheme="majorBidi" w:eastAsiaTheme="majorEastAsia" w:hAnsiTheme="majorHAnsi"/>
      <w:color w:themeColor="accent1" w:val="4F81BD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Kartika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Kartika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Kartika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Kartika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Kartika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Kartika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ff71e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IN" w:eastAsia="en-IN" w:bidi="ml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9289B2-D4A0-4278-A87D-C2A3ED54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LibreOffice/25.2.7.2$Windows_X86_64 LibreOffice_project/5cbfd1ab6520636bb5f7b99185aa69bd7456825d</Application>
  <AppVersion>15.0000</AppVersion>
  <Pages>1</Pages>
  <Words>182</Words>
  <Characters>1209</Characters>
  <CharactersWithSpaces>1345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2026-10-16T08:45:00Z</dcterms:created>
  <dc:creator>python-docx</dc:creator>
  <dc:description>generated by python-docx</dc:description>
  <dc:language>en-US</dc:language>
  <cp:lastModifiedBy/>
  <cp:lastPrinted>2026-10-17T06:58:00Z</cp:lastPrinted>
  <dcterms:modified xsi:type="dcterms:W3CDTF">2026-10-19T14:52:01Z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